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C2740"/>
          <w:sz w:val="36"/>
        </w:rPr>
        <w:t>FOAIE DE PARCURS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620"/>
        <w:gridCol w:w="3620"/>
        <w:gridCol w:w="3620"/>
        <w:gridCol w:w="3620"/>
      </w:tblGrid>
      <w:tr>
        <w:tc>
          <w:tcPr>
            <w:tcW w:type="dxa" w:w="3620"/>
          </w:tcPr>
          <w:p>
            <w:r>
              <w:rPr>
                <w:b/>
              </w:rPr>
              <w:t>Denumire firma</w:t>
            </w:r>
          </w:p>
        </w:tc>
        <w:tc>
          <w:tcPr>
            <w:tcW w:type="dxa" w:w="3620"/>
          </w:tcPr>
          <w:p>
            <w:r>
              <w:t>................................</w:t>
            </w:r>
          </w:p>
        </w:tc>
        <w:tc>
          <w:tcPr>
            <w:tcW w:type="dxa" w:w="3620"/>
          </w:tcPr>
          <w:p>
            <w:r>
              <w:rPr>
                <w:b/>
              </w:rPr>
              <w:t>Cod de identificare fiscala</w:t>
            </w:r>
          </w:p>
        </w:tc>
        <w:tc>
          <w:tcPr>
            <w:tcW w:type="dxa" w:w="3620"/>
          </w:tcPr>
          <w:p>
            <w:r>
              <w:t>................................</w:t>
            </w:r>
          </w:p>
        </w:tc>
      </w:tr>
      <w:tr>
        <w:tc>
          <w:tcPr>
            <w:tcW w:type="dxa" w:w="3620"/>
          </w:tcPr>
          <w:p>
            <w:r>
              <w:rPr>
                <w:b/>
              </w:rPr>
              <w:t>Numar de inmatriculare</w:t>
            </w:r>
          </w:p>
        </w:tc>
        <w:tc>
          <w:tcPr>
            <w:tcW w:type="dxa" w:w="3620"/>
          </w:tcPr>
          <w:p>
            <w:r>
              <w:t>................................</w:t>
            </w:r>
          </w:p>
        </w:tc>
        <w:tc>
          <w:tcPr>
            <w:tcW w:type="dxa" w:w="3620"/>
          </w:tcPr>
          <w:p>
            <w:r>
              <w:rPr>
                <w:b/>
              </w:rPr>
              <w:t>Marca si categoria vehiculului</w:t>
            </w:r>
          </w:p>
        </w:tc>
        <w:tc>
          <w:tcPr>
            <w:tcW w:type="dxa" w:w="3620"/>
          </w:tcPr>
          <w:p>
            <w:r>
              <w:t>................................</w:t>
            </w:r>
          </w:p>
        </w:tc>
      </w:tr>
      <w:tr>
        <w:tc>
          <w:tcPr>
            <w:tcW w:type="dxa" w:w="3620"/>
          </w:tcPr>
          <w:p>
            <w:r>
              <w:rPr>
                <w:b/>
              </w:rPr>
              <w:t>Conducator auto</w:t>
            </w:r>
          </w:p>
        </w:tc>
        <w:tc>
          <w:tcPr>
            <w:tcW w:type="dxa" w:w="3620"/>
          </w:tcPr>
          <w:p>
            <w:r>
              <w:t>................................</w:t>
            </w:r>
          </w:p>
        </w:tc>
        <w:tc>
          <w:tcPr>
            <w:tcW w:type="dxa" w:w="3620"/>
          </w:tcPr>
          <w:p>
            <w:r>
              <w:rPr>
                <w:b/>
              </w:rPr>
              <w:t>Perioada</w:t>
            </w:r>
          </w:p>
        </w:tc>
        <w:tc>
          <w:tcPr>
            <w:tcW w:type="dxa" w:w="3620"/>
          </w:tcPr>
          <w:p>
            <w:r>
              <w:t>................................</w:t>
            </w:r>
          </w:p>
        </w:tc>
      </w:tr>
      <w:tr>
        <w:tc>
          <w:tcPr>
            <w:tcW w:type="dxa" w:w="3620"/>
          </w:tcPr>
          <w:p>
            <w:r>
              <w:rPr>
                <w:b/>
              </w:rPr>
              <w:t>Norma proprie de consum</w:t>
            </w:r>
          </w:p>
        </w:tc>
        <w:tc>
          <w:tcPr>
            <w:tcW w:type="dxa" w:w="3620"/>
          </w:tcPr>
          <w:p>
            <w:r>
              <w:t>................................</w:t>
            </w:r>
          </w:p>
        </w:tc>
        <w:tc>
          <w:tcPr>
            <w:tcW w:type="dxa" w:w="3620"/>
          </w:tcPr>
          <w:p/>
        </w:tc>
        <w:tc>
          <w:tcPr>
            <w:tcW w:type="dxa" w:w="3620"/>
          </w:tcPr>
          <w:p/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114"/>
        <w:gridCol w:w="1114"/>
        <w:gridCol w:w="1114"/>
        <w:gridCol w:w="1114"/>
        <w:gridCol w:w="1114"/>
        <w:gridCol w:w="1114"/>
        <w:gridCol w:w="1114"/>
        <w:gridCol w:w="1114"/>
        <w:gridCol w:w="1114"/>
        <w:gridCol w:w="1114"/>
        <w:gridCol w:w="1114"/>
        <w:gridCol w:w="1114"/>
        <w:gridCol w:w="1114"/>
      </w:tblGrid>
      <w:tr>
        <w:tc>
          <w:tcPr>
            <w:tcW w:type="dxa" w:w="1114"/>
          </w:tcPr>
          <w:p>
            <w:r>
              <w:rPr>
                <w:b/>
                <w:sz w:val="16"/>
              </w:rPr>
              <w:t>Data</w:t>
            </w:r>
          </w:p>
        </w:tc>
        <w:tc>
          <w:tcPr>
            <w:tcW w:type="dxa" w:w="1114"/>
          </w:tcPr>
          <w:p>
            <w:r>
              <w:rPr>
                <w:b/>
                <w:sz w:val="16"/>
              </w:rPr>
              <w:t>Ora plecare</w:t>
            </w:r>
          </w:p>
        </w:tc>
        <w:tc>
          <w:tcPr>
            <w:tcW w:type="dxa" w:w="1114"/>
          </w:tcPr>
          <w:p>
            <w:r>
              <w:rPr>
                <w:b/>
                <w:sz w:val="16"/>
              </w:rPr>
              <w:t>Ora sosire</w:t>
            </w:r>
          </w:p>
        </w:tc>
        <w:tc>
          <w:tcPr>
            <w:tcW w:type="dxa" w:w="1114"/>
          </w:tcPr>
          <w:p>
            <w:r>
              <w:rPr>
                <w:b/>
                <w:sz w:val="16"/>
              </w:rPr>
              <w:t>Localitate plecare</w:t>
            </w:r>
          </w:p>
        </w:tc>
        <w:tc>
          <w:tcPr>
            <w:tcW w:type="dxa" w:w="1114"/>
          </w:tcPr>
          <w:p>
            <w:r>
              <w:rPr>
                <w:b/>
                <w:sz w:val="16"/>
              </w:rPr>
              <w:t>Localitate destinatie</w:t>
            </w:r>
          </w:p>
        </w:tc>
        <w:tc>
          <w:tcPr>
            <w:tcW w:type="dxa" w:w="1114"/>
          </w:tcPr>
          <w:p>
            <w:r>
              <w:rPr>
                <w:b/>
                <w:sz w:val="16"/>
              </w:rPr>
              <w:t>Scopul deplasarii</w:t>
            </w:r>
          </w:p>
        </w:tc>
        <w:tc>
          <w:tcPr>
            <w:tcW w:type="dxa" w:w="1114"/>
          </w:tcPr>
          <w:p>
            <w:r>
              <w:rPr>
                <w:b/>
                <w:sz w:val="16"/>
              </w:rPr>
              <w:t>Km la plecare</w:t>
            </w:r>
          </w:p>
        </w:tc>
        <w:tc>
          <w:tcPr>
            <w:tcW w:type="dxa" w:w="1114"/>
          </w:tcPr>
          <w:p>
            <w:r>
              <w:rPr>
                <w:b/>
                <w:sz w:val="16"/>
              </w:rPr>
              <w:t>Km la sosire</w:t>
            </w:r>
          </w:p>
        </w:tc>
        <w:tc>
          <w:tcPr>
            <w:tcW w:type="dxa" w:w="1114"/>
          </w:tcPr>
          <w:p>
            <w:r>
              <w:rPr>
                <w:b/>
                <w:sz w:val="16"/>
              </w:rPr>
              <w:t>Km parcursi</w:t>
            </w:r>
          </w:p>
        </w:tc>
        <w:tc>
          <w:tcPr>
            <w:tcW w:type="dxa" w:w="1114"/>
          </w:tcPr>
          <w:p>
            <w:r>
              <w:rPr>
                <w:b/>
                <w:sz w:val="16"/>
              </w:rPr>
              <w:t>Consum normat (l)</w:t>
            </w:r>
          </w:p>
        </w:tc>
        <w:tc>
          <w:tcPr>
            <w:tcW w:type="dxa" w:w="1114"/>
          </w:tcPr>
          <w:p>
            <w:r>
              <w:rPr>
                <w:b/>
                <w:sz w:val="16"/>
              </w:rPr>
              <w:t>Alimentat (l)</w:t>
            </w:r>
          </w:p>
        </w:tc>
        <w:tc>
          <w:tcPr>
            <w:tcW w:type="dxa" w:w="1114"/>
          </w:tcPr>
          <w:p>
            <w:r>
              <w:rPr>
                <w:b/>
                <w:sz w:val="16"/>
              </w:rPr>
              <w:t>Document alimentare</w:t>
            </w:r>
          </w:p>
        </w:tc>
        <w:tc>
          <w:tcPr>
            <w:tcW w:type="dxa" w:w="1114"/>
          </w:tcPr>
          <w:p>
            <w:r>
              <w:rPr>
                <w:b/>
                <w:sz w:val="16"/>
              </w:rPr>
              <w:t>Semnatura conducator auto</w:t>
            </w:r>
          </w:p>
        </w:tc>
      </w:tr>
      <w:tr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</w:tr>
      <w:tr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</w:tr>
      <w:tr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</w:tr>
      <w:tr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</w:tr>
      <w:tr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</w:tr>
      <w:tr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</w:tr>
      <w:tr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</w:tr>
      <w:tr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</w:tr>
      <w:tr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</w:tr>
      <w:tr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</w:tr>
      <w:tr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</w:tr>
      <w:tr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</w:tr>
      <w:tr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</w:tr>
      <w:tr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</w:tr>
    </w:tbl>
    <w:p/>
    <w:p>
      <w:r>
        <w:rPr>
          <w:b/>
        </w:rPr>
        <w:t>Total kilometri parcursi: ............    Total consum normat: ............    Total alimentat: ............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7240"/>
        <w:gridCol w:w="7240"/>
      </w:tblGrid>
      <w:tr>
        <w:tc>
          <w:tcPr>
            <w:tcW w:type="dxa" w:w="7240"/>
          </w:tcPr>
          <w:p>
            <w:r>
              <w:t>Intocmit, conducator auto</w:t>
            </w:r>
          </w:p>
        </w:tc>
        <w:tc>
          <w:tcPr>
            <w:tcW w:type="dxa" w:w="7240"/>
          </w:tcPr>
          <w:p>
            <w:r>
              <w:t>Aprobat, administrator</w:t>
            </w:r>
          </w:p>
        </w:tc>
      </w:tr>
      <w:tr>
        <w:tc>
          <w:tcPr>
            <w:tcW w:type="dxa" w:w="7240"/>
          </w:tcPr>
          <w:p>
            <w:r>
              <w:t>Semnatura si data</w:t>
            </w:r>
          </w:p>
        </w:tc>
        <w:tc>
          <w:tcPr>
            <w:tcW w:type="dxa" w:w="7240"/>
          </w:tcPr>
          <w:p>
            <w:r>
              <w:t>Semnatura si data</w:t>
            </w:r>
          </w:p>
        </w:tc>
      </w:tr>
    </w:tbl>
    <w:p/>
    <w:p>
      <w:r>
        <w:rPr>
          <w:color w:val="64748B"/>
          <w:sz w:val="16"/>
        </w:rPr>
        <w:t>Model gratuit oferit de FoiAuto.co. Genereaza foile de parcurs automat, cu calcul de kilometri si consum, pe https://www.foiauto.co</w:t>
      </w:r>
    </w:p>
    <w:sectPr w:rsidR="00FC693F" w:rsidRPr="0006063C" w:rsidSect="00034616">
      <w:pgSz w:w="15840" w:h="12240" w:orient="landscape"/>
      <w:pgMar w:top="680" w:right="680" w:bottom="680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